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1512000" cy="2983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word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2983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60" w:after="40"/>
      </w:pPr>
      <w:r>
        <w:rPr>
          <w:rFonts w:ascii="Arial" w:hAnsi="Arial"/>
          <w:b/>
          <w:color w:val="47676B"/>
          <w:sz w:val="16"/>
          <w:spacing w:val="30"/>
        </w:rPr>
        <w:t>ÜBERGABEPROTOKOLL FÜR MIETER &amp; VERMIETER</w:t>
      </w:r>
    </w:p>
    <w:p>
      <w:pPr>
        <w:spacing w:before="0" w:after="40"/>
      </w:pPr>
      <w:r>
        <w:rPr>
          <w:rFonts w:ascii="Arial" w:hAnsi="Arial"/>
          <w:b/>
          <w:color w:val="232F2F"/>
          <w:sz w:val="33"/>
        </w:rPr>
        <w:t>Wohnungsübergabe – Protokoll</w:t>
      </w:r>
    </w:p>
    <w:p>
      <w:pPr>
        <w:spacing w:before="0" w:after="160"/>
        <w:pBdr>
          <w:bottom w:val="single" w:sz="18" w:color="2E4A4D" w:space="4"/>
        </w:pBdr>
      </w:pPr>
      <w:r>
        <w:rPr>
          <w:rFonts w:ascii="Arial" w:hAnsi="Arial"/>
          <w:b w:val="0"/>
          <w:color w:val="4E5A58"/>
          <w:sz w:val="19"/>
        </w:rPr>
        <w:t>Zum Ausfüllen bei Ein- und Auszug: Zählerstände, Zustand, Schlüssel und Mängel verbindlich festhalten.</w:t>
      </w:r>
    </w:p>
    <w:p>
      <w:pPr>
        <w:spacing w:before="240" w:after="12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1 </w:t>
      </w:r>
      <w:r>
        <w:rPr>
          <w:rFonts w:ascii="Arial" w:hAnsi="Arial"/>
          <w:b/>
          <w:color w:val="232F2F"/>
          <w:sz w:val="23"/>
        </w:rPr>
        <w:t xml:space="preserve">   Eckdaten</w:t>
      </w:r>
    </w:p>
    <w:p>
      <w:pPr>
        <w:spacing w:before="100" w:after="100"/>
      </w:pPr>
      <w:r>
        <w:rPr>
          <w:rFonts w:ascii="Arial" w:hAnsi="Arial"/>
          <w:b/>
          <w:color w:val="47676B"/>
          <w:sz w:val="13"/>
          <w:spacing w:val="20"/>
        </w:rPr>
        <w:t xml:space="preserve">OBJEKT / ANSCHRIFT  </w:t>
      </w:r>
      <w:r>
        <w:rPr>
          <w:rFonts w:ascii="Arial" w:hAnsi="Arial"/>
          <w:b w:val="0"/>
          <w:color w:val="AEB8B4"/>
          <w:sz w:val="19"/>
        </w:rPr>
        <w:t>______________________________________________________________</w:t>
      </w:r>
    </w:p>
    <w:p>
      <w:pPr>
        <w:spacing w:before="100" w:after="100"/>
      </w:pPr>
      <w:r>
        <w:rPr>
          <w:rFonts w:ascii="Arial" w:hAnsi="Arial"/>
          <w:b/>
          <w:color w:val="47676B"/>
          <w:sz w:val="13"/>
          <w:spacing w:val="20"/>
        </w:rPr>
        <w:t xml:space="preserve">DATUM  </w:t>
      </w:r>
      <w:r>
        <w:rPr>
          <w:rFonts w:ascii="Arial" w:hAnsi="Arial"/>
          <w:b w:val="0"/>
          <w:color w:val="AEB8B4"/>
          <w:sz w:val="19"/>
        </w:rPr>
        <w:t>________________________</w:t>
      </w:r>
      <w:r>
        <w:rPr>
          <w:rFonts w:ascii="Arial" w:hAnsi="Arial"/>
          <w:b w:val="0"/>
          <w:color w:val="232F2F"/>
          <w:sz w:val="18"/>
        </w:rPr>
        <w:t xml:space="preserve">      </w:t>
      </w:r>
      <w:r>
        <w:rPr>
          <w:rFonts w:ascii="Arial" w:hAnsi="Arial"/>
          <w:b/>
          <w:color w:val="47676B"/>
          <w:sz w:val="13"/>
          <w:spacing w:val="20"/>
        </w:rPr>
        <w:t xml:space="preserve">EINZUG  </w:t>
      </w:r>
      <w:r>
        <w:rPr>
          <w:rFonts w:ascii="Arial" w:hAnsi="Arial"/>
          <w:b w:val="0"/>
          <w:color w:val="232F2F"/>
          <w:sz w:val="18"/>
        </w:rPr>
        <w:t xml:space="preserve">      </w:t>
      </w:r>
      <w:r>
        <w:rPr>
          <w:rFonts w:ascii="Arial" w:hAnsi="Arial"/>
          <w:b/>
          <w:color w:val="47676B"/>
          <w:sz w:val="13"/>
          <w:spacing w:val="20"/>
        </w:rPr>
        <w:t xml:space="preserve">     </w:t>
      </w:r>
      <w:r>
        <w:rPr>
          <w:rFonts w:ascii="Arial" w:hAnsi="Arial"/>
          <w:b w:val="0"/>
          <w:color w:val="232F2F"/>
          <w:sz w:val="19"/>
          <w:bdr w:val="single" w:sz="6" w:color="47676B"/>
          <w:shd w:val="clear" w:fill="F0F3F1"/>
        </w:rPr>
        <w:t xml:space="preserve">    </w:t>
      </w:r>
      <w:r>
        <w:rPr>
          <w:rFonts w:ascii="Arial" w:hAnsi="Arial"/>
          <w:b w:val="0"/>
          <w:color w:val="232F2F"/>
          <w:sz w:val="18"/>
        </w:rPr>
        <w:t xml:space="preserve">      </w:t>
      </w:r>
      <w:r>
        <w:rPr>
          <w:rFonts w:ascii="Arial" w:hAnsi="Arial"/>
          <w:b/>
          <w:color w:val="47676B"/>
          <w:sz w:val="13"/>
          <w:spacing w:val="20"/>
        </w:rPr>
        <w:t xml:space="preserve">AUSZUG  </w:t>
      </w:r>
      <w:r>
        <w:rPr>
          <w:rFonts w:ascii="Arial" w:hAnsi="Arial"/>
          <w:b w:val="0"/>
          <w:color w:val="232F2F"/>
          <w:sz w:val="18"/>
        </w:rPr>
        <w:t xml:space="preserve">      </w:t>
      </w:r>
      <w:r>
        <w:rPr>
          <w:rFonts w:ascii="Arial" w:hAnsi="Arial"/>
          <w:b/>
          <w:color w:val="47676B"/>
          <w:sz w:val="13"/>
          <w:spacing w:val="20"/>
        </w:rPr>
        <w:t xml:space="preserve">     </w:t>
      </w:r>
      <w:r>
        <w:rPr>
          <w:rFonts w:ascii="Arial" w:hAnsi="Arial"/>
          <w:b w:val="0"/>
          <w:color w:val="232F2F"/>
          <w:sz w:val="19"/>
          <w:bdr w:val="single" w:sz="6" w:color="47676B"/>
          <w:shd w:val="clear" w:fill="F0F3F1"/>
        </w:rPr>
        <w:t xml:space="preserve">    </w:t>
      </w:r>
    </w:p>
    <w:p>
      <w:pPr>
        <w:spacing w:before="100" w:after="100"/>
      </w:pPr>
      <w:r>
        <w:rPr>
          <w:rFonts w:ascii="Arial" w:hAnsi="Arial"/>
          <w:b/>
          <w:color w:val="47676B"/>
          <w:sz w:val="13"/>
          <w:spacing w:val="20"/>
        </w:rPr>
        <w:t xml:space="preserve">VERMIETER/IN  </w:t>
      </w:r>
      <w:r>
        <w:rPr>
          <w:rFonts w:ascii="Arial" w:hAnsi="Arial"/>
          <w:b w:val="0"/>
          <w:color w:val="AEB8B4"/>
          <w:sz w:val="19"/>
        </w:rPr>
        <w:t>__________________________</w:t>
      </w:r>
      <w:r>
        <w:rPr>
          <w:rFonts w:ascii="Arial" w:hAnsi="Arial"/>
          <w:b w:val="0"/>
          <w:color w:val="232F2F"/>
          <w:sz w:val="18"/>
        </w:rPr>
        <w:t xml:space="preserve">      </w:t>
      </w:r>
      <w:r>
        <w:rPr>
          <w:rFonts w:ascii="Arial" w:hAnsi="Arial"/>
          <w:b/>
          <w:color w:val="47676B"/>
          <w:sz w:val="13"/>
          <w:spacing w:val="20"/>
        </w:rPr>
        <w:t xml:space="preserve">MIETER/IN  </w:t>
      </w:r>
      <w:r>
        <w:rPr>
          <w:rFonts w:ascii="Arial" w:hAnsi="Arial"/>
          <w:b w:val="0"/>
          <w:color w:val="AEB8B4"/>
          <w:sz w:val="19"/>
        </w:rPr>
        <w:t>__________________________</w:t>
      </w:r>
    </w:p>
    <w:p>
      <w:pPr>
        <w:spacing w:before="240" w:after="12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2 </w:t>
      </w:r>
      <w:r>
        <w:rPr>
          <w:rFonts w:ascii="Arial" w:hAnsi="Arial"/>
          <w:b/>
          <w:color w:val="232F2F"/>
          <w:sz w:val="23"/>
        </w:rPr>
        <w:t xml:space="preserve">   Zählerstände</w:t>
      </w:r>
    </w:p>
    <w:tbl>
      <w:tblPr>
        <w:tblW w:type="dxa" w:w="9638"/>
        <w:tblLayout w:type="fixed"/>
        <w:tblCellMar>
          <w:top w:w="30" w:type="dxa"/>
          <w:bottom w:w="30" w:type="dxa"/>
          <w:left w:w="40" w:type="dxa"/>
          <w:right w:w="40" w:type="dxa"/>
        </w:tblCellMar>
        <w:tblLook w:firstColumn="1" w:firstRow="1" w:lastColumn="0" w:lastRow="0" w:noHBand="0" w:noVBand="1" w:val="04A0"/>
      </w:tblPr>
      <w:tblGrid>
        <w:gridCol w:w="1927"/>
        <w:gridCol w:w="4082"/>
        <w:gridCol w:w="3628"/>
      </w:tblGrid>
      <w:tr>
        <w:tc>
          <w:tcPr>
            <w:tcW w:type="dxa" w:w="1928"/>
          </w:tcPr>
          <w:p>
            <w:r>
              <w:rPr>
                <w:rFonts w:ascii="Arial" w:hAnsi="Arial"/>
                <w:b/>
                <w:color w:val="232F2F"/>
                <w:sz w:val="20"/>
              </w:rPr>
              <w:t>Strom</w:t>
            </w:r>
          </w:p>
        </w:tc>
        <w:tc>
          <w:tcPr>
            <w:tcW w:type="dxa" w:w="4082"/>
          </w:tcPr>
          <w:p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NR.</w:t>
            </w:r>
            <w:r>
              <w:rPr>
                <w:rFonts w:ascii="Arial" w:hAnsi="Arial"/>
                <w:b w:val="0"/>
                <w:color w:val="AEB8B4"/>
                <w:sz w:val="19"/>
              </w:rPr>
              <w:t xml:space="preserve"> ________________________</w:t>
            </w:r>
          </w:p>
        </w:tc>
        <w:tc>
          <w:tcPr>
            <w:tcW w:type="dxa" w:w="3628"/>
          </w:tcPr>
          <w:p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STAND</w:t>
            </w:r>
            <w:r>
              <w:rPr>
                <w:rFonts w:ascii="Arial" w:hAnsi="Arial"/>
                <w:b w:val="0"/>
                <w:color w:val="AEB8B4"/>
                <w:sz w:val="19"/>
              </w:rPr>
              <w:t xml:space="preserve"> ______________________</w:t>
            </w:r>
          </w:p>
        </w:tc>
      </w:tr>
      <w:tr>
        <w:tc>
          <w:tcPr>
            <w:tcW w:type="dxa" w:w="1928"/>
          </w:tcPr>
          <w:p>
            <w:r>
              <w:rPr>
                <w:rFonts w:ascii="Arial" w:hAnsi="Arial"/>
                <w:b/>
                <w:color w:val="232F2F"/>
                <w:sz w:val="20"/>
              </w:rPr>
              <w:t>Gas</w:t>
            </w:r>
          </w:p>
        </w:tc>
        <w:tc>
          <w:tcPr>
            <w:tcW w:type="dxa" w:w="4082"/>
          </w:tcPr>
          <w:p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NR.</w:t>
            </w:r>
            <w:r>
              <w:rPr>
                <w:rFonts w:ascii="Arial" w:hAnsi="Arial"/>
                <w:b w:val="0"/>
                <w:color w:val="AEB8B4"/>
                <w:sz w:val="19"/>
              </w:rPr>
              <w:t xml:space="preserve"> ________________________</w:t>
            </w:r>
          </w:p>
        </w:tc>
        <w:tc>
          <w:tcPr>
            <w:tcW w:type="dxa" w:w="3628"/>
          </w:tcPr>
          <w:p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STAND</w:t>
            </w:r>
            <w:r>
              <w:rPr>
                <w:rFonts w:ascii="Arial" w:hAnsi="Arial"/>
                <w:b w:val="0"/>
                <w:color w:val="AEB8B4"/>
                <w:sz w:val="19"/>
              </w:rPr>
              <w:t xml:space="preserve"> ______________________</w:t>
            </w:r>
          </w:p>
        </w:tc>
      </w:tr>
      <w:tr>
        <w:tc>
          <w:tcPr>
            <w:tcW w:type="dxa" w:w="1928"/>
          </w:tcPr>
          <w:p>
            <w:r>
              <w:rPr>
                <w:rFonts w:ascii="Arial" w:hAnsi="Arial"/>
                <w:b/>
                <w:color w:val="232F2F"/>
                <w:sz w:val="20"/>
              </w:rPr>
              <w:t>Wasser</w:t>
            </w:r>
          </w:p>
        </w:tc>
        <w:tc>
          <w:tcPr>
            <w:tcW w:type="dxa" w:w="4082"/>
          </w:tcPr>
          <w:p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NR.</w:t>
            </w:r>
            <w:r>
              <w:rPr>
                <w:rFonts w:ascii="Arial" w:hAnsi="Arial"/>
                <w:b w:val="0"/>
                <w:color w:val="AEB8B4"/>
                <w:sz w:val="19"/>
              </w:rPr>
              <w:t xml:space="preserve"> ________________________</w:t>
            </w:r>
          </w:p>
        </w:tc>
        <w:tc>
          <w:tcPr>
            <w:tcW w:type="dxa" w:w="3628"/>
          </w:tcPr>
          <w:p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STAND</w:t>
            </w:r>
            <w:r>
              <w:rPr>
                <w:rFonts w:ascii="Arial" w:hAnsi="Arial"/>
                <w:b w:val="0"/>
                <w:color w:val="AEB8B4"/>
                <w:sz w:val="19"/>
              </w:rPr>
              <w:t xml:space="preserve"> ______________________</w:t>
            </w:r>
          </w:p>
        </w:tc>
      </w:tr>
      <w:tr>
        <w:tc>
          <w:tcPr>
            <w:tcW w:type="dxa" w:w="1928"/>
          </w:tcPr>
          <w:p>
            <w:r>
              <w:rPr>
                <w:rFonts w:ascii="Arial" w:hAnsi="Arial"/>
                <w:b/>
                <w:color w:val="232F2F"/>
                <w:sz w:val="20"/>
              </w:rPr>
              <w:t>Heizung / WMZ</w:t>
            </w:r>
          </w:p>
        </w:tc>
        <w:tc>
          <w:tcPr>
            <w:tcW w:type="dxa" w:w="4082"/>
          </w:tcPr>
          <w:p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NR.</w:t>
            </w:r>
            <w:r>
              <w:rPr>
                <w:rFonts w:ascii="Arial" w:hAnsi="Arial"/>
                <w:b w:val="0"/>
                <w:color w:val="AEB8B4"/>
                <w:sz w:val="19"/>
              </w:rPr>
              <w:t xml:space="preserve"> ________________________</w:t>
            </w:r>
          </w:p>
        </w:tc>
        <w:tc>
          <w:tcPr>
            <w:tcW w:type="dxa" w:w="3628"/>
          </w:tcPr>
          <w:p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STAND</w:t>
            </w:r>
            <w:r>
              <w:rPr>
                <w:rFonts w:ascii="Arial" w:hAnsi="Arial"/>
                <w:b w:val="0"/>
                <w:color w:val="AEB8B4"/>
                <w:sz w:val="19"/>
              </w:rPr>
              <w:t xml:space="preserve"> ______________________</w:t>
            </w:r>
          </w:p>
        </w:tc>
      </w:tr>
    </w:tbl>
    <w:p>
      <w:pPr>
        <w:spacing w:before="240" w:after="12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3 </w:t>
      </w:r>
      <w:r>
        <w:rPr>
          <w:rFonts w:ascii="Arial" w:hAnsi="Arial"/>
          <w:b/>
          <w:color w:val="232F2F"/>
          <w:sz w:val="23"/>
        </w:rPr>
        <w:t xml:space="preserve">   Zustand der Wohnung</w:t>
      </w:r>
    </w:p>
    <w:tbl>
      <w:tblPr>
        <w:tblW w:type="dxa" w:w="9638"/>
        <w:tblLayout w:type="fixed"/>
        <w:tblCellMar>
          <w:top w:w="44" w:type="dxa"/>
          <w:bottom w:w="44" w:type="dxa"/>
          <w:left w:w="40" w:type="dxa"/>
          <w:right w:w="40" w:type="dxa"/>
        </w:tblCellMar>
        <w:tblLook w:firstColumn="1" w:firstRow="1" w:lastColumn="0" w:lastRow="0" w:noHBand="0" w:noVBand="1" w:val="04A0"/>
      </w:tblPr>
      <w:tblGrid>
        <w:gridCol w:w="6917"/>
        <w:gridCol w:w="1360"/>
        <w:gridCol w:w="1360"/>
      </w:tblGrid>
      <w:tr>
        <w:tc>
          <w:tcPr>
            <w:tcW w:type="dxa" w:w="6917"/>
          </w:tcPr>
          <w:p/>
        </w:tc>
        <w:tc>
          <w:tcPr>
            <w:tcW w:type="dxa" w:w="1361"/>
          </w:tcPr>
          <w:p>
            <w:pPr>
              <w:jc w:val="center"/>
            </w:pPr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IN ORDNUNG</w:t>
            </w:r>
          </w:p>
        </w:tc>
        <w:tc>
          <w:tcPr>
            <w:tcW w:type="dxa" w:w="1361"/>
          </w:tcPr>
          <w:p>
            <w:pPr>
              <w:jc w:val="center"/>
            </w:pPr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MANGEL</w:t>
            </w:r>
          </w:p>
        </w:tc>
      </w:tr>
      <w:tr>
        <w:tc>
          <w:tcPr>
            <w:tcW w:type="dxa" w:w="691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Wände &amp; Decken (Risse, Flecken, Schimmel)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691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Böden und Bodenbeläge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691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Fenster &amp; Türen (Funktion, Dichtungen, Schlösser)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691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Sanitär: WC, Waschbecken, Dusche/Wanne, Armaturen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691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Küche und ggf. Einbaugeräte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691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Heizkörper &amp; Thermostate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691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Elektrik: Steckdosen, Schalter, Lampen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</w:tbl>
    <w:p>
      <w:pPr>
        <w:spacing w:before="240" w:after="12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4 </w:t>
      </w:r>
      <w:r>
        <w:rPr>
          <w:rFonts w:ascii="Arial" w:hAnsi="Arial"/>
          <w:b/>
          <w:color w:val="232F2F"/>
          <w:sz w:val="23"/>
        </w:rPr>
        <w:t xml:space="preserve">   Übergebene Schlüssel (Anzahl)</w:t>
      </w:r>
    </w:p>
    <w:p>
      <w:pPr>
        <w:spacing w:before="120" w:after="80"/>
      </w:pPr>
      <w:r>
        <w:rPr>
          <w:rFonts w:ascii="Arial" w:hAnsi="Arial"/>
          <w:b w:val="0"/>
          <w:color w:val="232F2F"/>
          <w:sz w:val="20"/>
        </w:rPr>
        <w:t xml:space="preserve">Haustür </w:t>
      </w:r>
      <w:r>
        <w:rPr>
          <w:rFonts w:ascii="Arial" w:hAnsi="Arial"/>
          <w:b w:val="0"/>
          <w:color w:val="232F2F"/>
          <w:sz w:val="20"/>
          <w:bdr w:val="single" w:sz="6" w:color="47676B"/>
          <w:shd w:val="clear" w:fill="F0F3F1"/>
        </w:rPr>
        <w:t xml:space="preserve">     </w:t>
      </w:r>
      <w:r>
        <w:rPr>
          <w:rFonts w:ascii="Arial" w:hAnsi="Arial"/>
          <w:b w:val="0"/>
          <w:color w:val="232F2F"/>
          <w:sz w:val="20"/>
        </w:rPr>
        <w:t xml:space="preserve">   </w:t>
      </w:r>
      <w:r>
        <w:rPr>
          <w:rFonts w:ascii="Arial" w:hAnsi="Arial"/>
          <w:b w:val="0"/>
          <w:color w:val="232F2F"/>
          <w:sz w:val="20"/>
        </w:rPr>
        <w:t xml:space="preserve">Wohnung </w:t>
      </w:r>
      <w:r>
        <w:rPr>
          <w:rFonts w:ascii="Arial" w:hAnsi="Arial"/>
          <w:b w:val="0"/>
          <w:color w:val="232F2F"/>
          <w:sz w:val="20"/>
          <w:bdr w:val="single" w:sz="6" w:color="47676B"/>
          <w:shd w:val="clear" w:fill="F0F3F1"/>
        </w:rPr>
        <w:t xml:space="preserve">     </w:t>
      </w:r>
      <w:r>
        <w:rPr>
          <w:rFonts w:ascii="Arial" w:hAnsi="Arial"/>
          <w:b w:val="0"/>
          <w:color w:val="232F2F"/>
          <w:sz w:val="20"/>
        </w:rPr>
        <w:t xml:space="preserve">   </w:t>
      </w:r>
      <w:r>
        <w:rPr>
          <w:rFonts w:ascii="Arial" w:hAnsi="Arial"/>
          <w:b w:val="0"/>
          <w:color w:val="232F2F"/>
          <w:sz w:val="20"/>
        </w:rPr>
        <w:t xml:space="preserve">Keller </w:t>
      </w:r>
      <w:r>
        <w:rPr>
          <w:rFonts w:ascii="Arial" w:hAnsi="Arial"/>
          <w:b w:val="0"/>
          <w:color w:val="232F2F"/>
          <w:sz w:val="20"/>
          <w:bdr w:val="single" w:sz="6" w:color="47676B"/>
          <w:shd w:val="clear" w:fill="F0F3F1"/>
        </w:rPr>
        <w:t xml:space="preserve">     </w:t>
      </w:r>
      <w:r>
        <w:rPr>
          <w:rFonts w:ascii="Arial" w:hAnsi="Arial"/>
          <w:b w:val="0"/>
          <w:color w:val="232F2F"/>
          <w:sz w:val="20"/>
        </w:rPr>
        <w:t xml:space="preserve">   </w:t>
      </w:r>
      <w:r>
        <w:rPr>
          <w:rFonts w:ascii="Arial" w:hAnsi="Arial"/>
          <w:b w:val="0"/>
          <w:color w:val="232F2F"/>
          <w:sz w:val="20"/>
        </w:rPr>
        <w:t xml:space="preserve">Briefkasten </w:t>
      </w:r>
      <w:r>
        <w:rPr>
          <w:rFonts w:ascii="Arial" w:hAnsi="Arial"/>
          <w:b w:val="0"/>
          <w:color w:val="232F2F"/>
          <w:sz w:val="20"/>
          <w:bdr w:val="single" w:sz="6" w:color="47676B"/>
          <w:shd w:val="clear" w:fill="F0F3F1"/>
        </w:rPr>
        <w:t xml:space="preserve">     </w:t>
      </w:r>
      <w:r>
        <w:rPr>
          <w:rFonts w:ascii="Arial" w:hAnsi="Arial"/>
          <w:b w:val="0"/>
          <w:color w:val="232F2F"/>
          <w:sz w:val="20"/>
        </w:rPr>
        <w:t xml:space="preserve">   </w:t>
      </w:r>
      <w:r>
        <w:rPr>
          <w:rFonts w:ascii="Arial" w:hAnsi="Arial"/>
          <w:b w:val="0"/>
          <w:color w:val="232F2F"/>
          <w:sz w:val="20"/>
        </w:rPr>
        <w:t xml:space="preserve">Sonstige </w:t>
      </w:r>
      <w:r>
        <w:rPr>
          <w:rFonts w:ascii="Arial" w:hAnsi="Arial"/>
          <w:b w:val="0"/>
          <w:color w:val="232F2F"/>
          <w:sz w:val="20"/>
          <w:bdr w:val="single" w:sz="6" w:color="47676B"/>
          <w:shd w:val="clear" w:fill="F0F3F1"/>
        </w:rPr>
        <w:t xml:space="preserve">     </w:t>
      </w:r>
    </w:p>
    <w:p>
      <w:pPr>
        <w:spacing w:before="240" w:after="12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5 </w:t>
      </w:r>
      <w:r>
        <w:rPr>
          <w:rFonts w:ascii="Arial" w:hAnsi="Arial"/>
          <w:b/>
          <w:color w:val="232F2F"/>
          <w:sz w:val="23"/>
        </w:rPr>
        <w:t xml:space="preserve">   Mängel &amp; Bemerkungen</w:t>
      </w:r>
    </w:p>
    <w:p>
      <w:pPr>
        <w:spacing w:before="100" w:after="100"/>
      </w:pPr>
      <w:r>
        <w:rPr>
          <w:rFonts w:ascii="Arial" w:hAnsi="Arial"/>
          <w:b w:val="0"/>
          <w:color w:val="AEB8B4"/>
          <w:sz w:val="19"/>
        </w:rPr>
        <w:t>____________________________________________________________________________________</w:t>
      </w:r>
    </w:p>
    <w:p>
      <w:pPr>
        <w:spacing w:before="100" w:after="100"/>
      </w:pPr>
      <w:r>
        <w:rPr>
          <w:rFonts w:ascii="Arial" w:hAnsi="Arial"/>
          <w:b w:val="0"/>
          <w:color w:val="AEB8B4"/>
          <w:sz w:val="19"/>
        </w:rPr>
        <w:t>____________________________________________________________________________________</w:t>
      </w:r>
    </w:p>
    <w:p>
      <w:pPr>
        <w:spacing w:before="100" w:after="100"/>
      </w:pPr>
      <w:r>
        <w:rPr>
          <w:rFonts w:ascii="Arial" w:hAnsi="Arial"/>
          <w:b w:val="0"/>
          <w:color w:val="AEB8B4"/>
          <w:sz w:val="19"/>
        </w:rPr>
        <w:t>____________________________________________________________________________________</w:t>
      </w:r>
    </w:p>
    <w:p>
      <w:pPr>
        <w:spacing w:before="280" w:after="0"/>
      </w:pPr>
    </w:p>
    <w:tbl>
      <w:tblPr>
        <w:tblW w:type="dxa" w:w="9638"/>
        <w:tblLayout w:type="fixed"/>
        <w:tblCellMar>
          <w:top w:w="16" w:type="dxa"/>
          <w:bottom w:w="16" w:type="dxa"/>
          <w:left w:w="40" w:type="dxa"/>
          <w:right w:w="40" w:type="dxa"/>
        </w:tblCellMar>
        <w:tblLook w:firstColumn="1" w:firstRow="1" w:lastColumn="0" w:lastRow="0" w:noHBand="0" w:noVBand="1" w:val="04A0"/>
      </w:tblPr>
      <w:tblGrid>
        <w:gridCol w:w="4195"/>
        <w:gridCol w:w="1247"/>
        <w:gridCol w:w="4195"/>
      </w:tblGrid>
      <w:tr>
        <w:tc>
          <w:tcPr>
            <w:tcW w:type="dxa" w:w="4195"/>
            <w:tcBorders>
              <w:bottom w:val="single" w:sz="6" w:color="232F2F"/>
            </w:tcBorders>
          </w:tcPr>
          <w:p>
            <w:r>
              <w:rPr>
                <w:rFonts w:ascii="Arial" w:hAnsi="Arial"/>
                <w:b w:val="0"/>
                <w:color w:val="232F2F"/>
                <w:sz w:val="44"/>
              </w:rPr>
              <w:t xml:space="preserve"> </w:t>
            </w:r>
          </w:p>
        </w:tc>
        <w:tc>
          <w:tcPr>
            <w:tcW w:type="dxa" w:w="1247"/>
          </w:tcPr>
          <w:p/>
        </w:tc>
        <w:tc>
          <w:tcPr>
            <w:tcW w:type="dxa" w:w="4195"/>
            <w:tcBorders>
              <w:bottom w:val="single" w:sz="6" w:color="232F2F"/>
            </w:tcBorders>
          </w:tcPr>
          <w:p>
            <w:r>
              <w:rPr>
                <w:rFonts w:ascii="Arial" w:hAnsi="Arial"/>
                <w:b w:val="0"/>
                <w:color w:val="232F2F"/>
                <w:sz w:val="44"/>
              </w:rPr>
              <w:t xml:space="preserve"> </w:t>
            </w:r>
          </w:p>
        </w:tc>
      </w:tr>
      <w:tr>
        <w:tc>
          <w:tcPr>
            <w:tcW w:type="dxa" w:w="4195"/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E5A58"/>
                <w:sz w:val="16"/>
              </w:rPr>
              <w:t>Ort, Datum &amp; Unterschrift Vermieter/in</w:t>
            </w:r>
          </w:p>
        </w:tc>
        <w:tc>
          <w:tcPr>
            <w:tcW w:type="dxa" w:w="1247"/>
          </w:tcPr>
          <w:p/>
        </w:tc>
        <w:tc>
          <w:tcPr>
            <w:tcW w:type="dxa" w:w="4195"/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E5A58"/>
                <w:sz w:val="16"/>
              </w:rPr>
              <w:t>Ort, Datum &amp; Unterschrift Mieter/in</w:t>
            </w:r>
          </w:p>
        </w:tc>
      </w:tr>
    </w:tbl>
    <w:sectPr w:rsidR="00FC693F" w:rsidRPr="0006063C" w:rsidSect="00034616">
      <w:footerReference w:type="default" r:id="rId10"/>
      <w:pgSz w:w="11906" w:h="16838"/>
      <w:pgMar w:top="737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dxa" w:w="9638"/>
      <w:tblLayout w:type="fixed"/>
      <w:tblCellMar>
        <w:top w:w="60" w:type="dxa"/>
        <w:bottom w:w="60" w:type="dxa"/>
        <w:left w:w="80" w:type="dxa"/>
        <w:right w:w="80" w:type="dxa"/>
      </w:tblCellMar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4819"/>
          <w:shd w:val="clear" w:fill="EFF1EF"/>
        </w:tcPr>
        <w:p>
          <w:r>
            <w:rPr>
              <w:rFonts w:ascii="Arial" w:hAnsi="Arial"/>
              <w:b/>
              <w:color w:val="232F2F"/>
              <w:sz w:val="17"/>
            </w:rPr>
            <w:t>Giesbrecht Immobilien GmbH</w:t>
          </w:r>
          <w:r>
            <w:rPr>
              <w:rFonts w:ascii="Arial" w:hAnsi="Arial"/>
              <w:b w:val="0"/>
              <w:color w:val="4E5A58"/>
              <w:sz w:val="14"/>
            </w:rPr>
            <w:br/>
            <w:t>Ihr Immobilienmakler in Hamm</w:t>
          </w:r>
        </w:p>
      </w:tc>
      <w:tc>
        <w:tcPr>
          <w:tcW w:type="dxa" w:w="4819"/>
          <w:shd w:val="clear" w:fill="EFF1EF"/>
        </w:tcPr>
        <w:p>
          <w:pPr>
            <w:jc w:val="right"/>
          </w:pPr>
          <w:r>
            <w:rPr>
              <w:rFonts w:ascii="Arial" w:hAnsi="Arial"/>
              <w:b w:val="0"/>
              <w:color w:val="232F2F"/>
              <w:sz w:val="16"/>
            </w:rPr>
            <w:t>Münsterstraße 5 · 59065 Hamm</w:t>
          </w:r>
          <w:r>
            <w:rPr>
              <w:rFonts w:ascii="Arial" w:hAnsi="Arial"/>
              <w:b w:val="0"/>
              <w:color w:val="4E5A58"/>
              <w:sz w:val="14"/>
            </w:rPr>
            <w:br/>
            <w:t>Tel: 02381 5417520 · info@giesbrecht-immo.de · giesbrecht-immo.de</w:t>
          </w:r>
        </w:p>
      </w:tc>
    </w:tr>
  </w:tbl>
  <w:p>
    <w:pPr>
      <w:spacing w:before="60"/>
      <w:jc w:val="center"/>
    </w:pPr>
    <w:r>
      <w:rPr>
        <w:rFonts w:ascii="Arial" w:hAnsi="Arial"/>
        <w:b w:val="0"/>
        <w:color w:val="4E5A58"/>
        <w:sz w:val="13"/>
      </w:rPr>
      <w:t>© 2026 Giesbrecht Immobilien GmbH · Alle Rechte vorbehalten.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Arial" w:hAnsi="Arial"/>
      <w:color w:val="232F2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Wohnungsübergabeprotokoll – Vorlage</dc:title>
  <dc:subject/>
  <dc:creator>Christian Giesbrecht — Giesbrecht Immobilien GmbH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