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1512000" cy="2983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-word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12000" cy="2983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160" w:after="40"/>
      </w:pPr>
      <w:r>
        <w:rPr>
          <w:rFonts w:ascii="Arial" w:hAnsi="Arial"/>
          <w:b/>
          <w:color w:val="47676B"/>
          <w:sz w:val="16"/>
          <w:spacing w:val="30"/>
        </w:rPr>
        <w:t>SELBSTAUSKUNFT FÜR MIETINTERESSENTEN</w:t>
      </w:r>
    </w:p>
    <w:p>
      <w:pPr>
        <w:spacing w:before="0" w:after="40"/>
      </w:pPr>
      <w:r>
        <w:rPr>
          <w:rFonts w:ascii="Arial" w:hAnsi="Arial"/>
          <w:b/>
          <w:color w:val="232F2F"/>
          <w:sz w:val="33"/>
        </w:rPr>
        <w:t>Mieterselbstauskunft</w:t>
      </w:r>
    </w:p>
    <w:p>
      <w:pPr>
        <w:spacing w:before="0" w:after="160"/>
        <w:pBdr>
          <w:bottom w:val="single" w:sz="18" w:color="2E4A4D" w:space="4"/>
        </w:pBdr>
      </w:pPr>
      <w:r>
        <w:rPr>
          <w:rFonts w:ascii="Arial" w:hAnsi="Arial"/>
          <w:b w:val="0"/>
          <w:color w:val="4E5A58"/>
          <w:sz w:val="19"/>
        </w:rPr>
        <w:t>Freiwillige Angaben zur Wohnungsbewerbung – die Daten werden vertraulich behandelt und nur für die Auswahl des Mietverhältnisses verwendet.</w:t>
      </w:r>
    </w:p>
    <w:p>
      <w:pPr>
        <w:spacing w:before="240" w:after="120"/>
        <w:pBdr>
          <w:bottom w:val="single" w:sz="6" w:color="C9D0CD" w:space="4"/>
        </w:pBdr>
      </w:pPr>
      <w:r>
        <w:rPr>
          <w:rFonts w:ascii="Arial" w:hAnsi="Arial"/>
          <w:b/>
          <w:color w:val="232F2F"/>
          <w:sz w:val="19"/>
          <w:bdr w:val="single" w:sz="6" w:color="47676B"/>
          <w:shd w:val="clear" w:fill="F0F3F1"/>
        </w:rPr>
        <w:t xml:space="preserve"> 1 </w:t>
      </w:r>
      <w:r>
        <w:rPr>
          <w:rFonts w:ascii="Arial" w:hAnsi="Arial"/>
          <w:b/>
          <w:color w:val="232F2F"/>
          <w:sz w:val="23"/>
        </w:rPr>
        <w:t xml:space="preserve">   Wohnung</w:t>
      </w:r>
    </w:p>
    <w:p>
      <w:pPr>
        <w:spacing w:before="100" w:after="100"/>
      </w:pPr>
      <w:r>
        <w:rPr>
          <w:rFonts w:ascii="Arial" w:hAnsi="Arial"/>
          <w:b/>
          <w:color w:val="47676B"/>
          <w:sz w:val="13"/>
          <w:spacing w:val="20"/>
        </w:rPr>
        <w:t xml:space="preserve">OBJEKT / ANSCHRIFT DER WOHNUNG  </w:t>
      </w:r>
      <w:r>
        <w:rPr>
          <w:rFonts w:ascii="Arial" w:hAnsi="Arial"/>
          <w:b w:val="0"/>
          <w:color w:val="AEB8B4"/>
          <w:sz w:val="19"/>
        </w:rPr>
        <w:t>________________________________________</w:t>
      </w:r>
      <w:r>
        <w:rPr>
          <w:rFonts w:ascii="Arial" w:hAnsi="Arial"/>
          <w:b w:val="0"/>
          <w:color w:val="232F2F"/>
          <w:sz w:val="18"/>
        </w:rPr>
        <w:t xml:space="preserve">      </w:t>
      </w:r>
      <w:r>
        <w:rPr>
          <w:rFonts w:ascii="Arial" w:hAnsi="Arial"/>
          <w:b/>
          <w:color w:val="47676B"/>
          <w:sz w:val="13"/>
          <w:spacing w:val="20"/>
        </w:rPr>
        <w:t xml:space="preserve">GEWÜNSCHTER EINZUGSTERMIN  </w:t>
      </w:r>
      <w:r>
        <w:rPr>
          <w:rFonts w:ascii="Arial" w:hAnsi="Arial"/>
          <w:b w:val="0"/>
          <w:color w:val="AEB8B4"/>
          <w:sz w:val="19"/>
        </w:rPr>
        <w:t>____________</w:t>
      </w:r>
    </w:p>
    <w:p>
      <w:pPr>
        <w:spacing w:before="240" w:after="120"/>
        <w:pBdr>
          <w:bottom w:val="single" w:sz="6" w:color="C9D0CD" w:space="4"/>
        </w:pBdr>
      </w:pPr>
      <w:r>
        <w:rPr>
          <w:rFonts w:ascii="Arial" w:hAnsi="Arial"/>
          <w:b/>
          <w:color w:val="232F2F"/>
          <w:sz w:val="19"/>
          <w:bdr w:val="single" w:sz="6" w:color="47676B"/>
          <w:shd w:val="clear" w:fill="F0F3F1"/>
        </w:rPr>
        <w:t xml:space="preserve"> 2 </w:t>
      </w:r>
      <w:r>
        <w:rPr>
          <w:rFonts w:ascii="Arial" w:hAnsi="Arial"/>
          <w:b/>
          <w:color w:val="232F2F"/>
          <w:sz w:val="23"/>
        </w:rPr>
        <w:t xml:space="preserve">   Mietinteressent/in 1</w:t>
      </w:r>
    </w:p>
    <w:p>
      <w:pPr>
        <w:spacing w:before="100" w:after="100"/>
      </w:pPr>
      <w:r>
        <w:rPr>
          <w:rFonts w:ascii="Arial" w:hAnsi="Arial"/>
          <w:b/>
          <w:color w:val="47676B"/>
          <w:sz w:val="13"/>
          <w:spacing w:val="20"/>
        </w:rPr>
        <w:t xml:space="preserve">NAME, VORNAME  </w:t>
      </w:r>
      <w:r>
        <w:rPr>
          <w:rFonts w:ascii="Arial" w:hAnsi="Arial"/>
          <w:b w:val="0"/>
          <w:color w:val="AEB8B4"/>
          <w:sz w:val="19"/>
        </w:rPr>
        <w:t>______________________________________</w:t>
      </w:r>
      <w:r>
        <w:rPr>
          <w:rFonts w:ascii="Arial" w:hAnsi="Arial"/>
          <w:b w:val="0"/>
          <w:color w:val="232F2F"/>
          <w:sz w:val="18"/>
        </w:rPr>
        <w:t xml:space="preserve">      </w:t>
      </w:r>
      <w:r>
        <w:rPr>
          <w:rFonts w:ascii="Arial" w:hAnsi="Arial"/>
          <w:b/>
          <w:color w:val="47676B"/>
          <w:sz w:val="13"/>
          <w:spacing w:val="20"/>
        </w:rPr>
        <w:t xml:space="preserve">GEBURTSDATUM  </w:t>
      </w:r>
      <w:r>
        <w:rPr>
          <w:rFonts w:ascii="Arial" w:hAnsi="Arial"/>
          <w:b w:val="0"/>
          <w:color w:val="AEB8B4"/>
          <w:sz w:val="19"/>
        </w:rPr>
        <w:t>______________</w:t>
      </w:r>
    </w:p>
    <w:p>
      <w:pPr>
        <w:spacing w:before="100" w:after="100"/>
      </w:pPr>
      <w:r>
        <w:rPr>
          <w:rFonts w:ascii="Arial" w:hAnsi="Arial"/>
          <w:b/>
          <w:color w:val="47676B"/>
          <w:sz w:val="13"/>
          <w:spacing w:val="20"/>
        </w:rPr>
        <w:t xml:space="preserve">DERZEITIGE ANSCHRIFT  </w:t>
      </w:r>
      <w:r>
        <w:rPr>
          <w:rFonts w:ascii="Arial" w:hAnsi="Arial"/>
          <w:b w:val="0"/>
          <w:color w:val="AEB8B4"/>
          <w:sz w:val="19"/>
        </w:rPr>
        <w:t>______________________________________________________________</w:t>
      </w:r>
    </w:p>
    <w:p>
      <w:pPr>
        <w:spacing w:before="100" w:after="100"/>
      </w:pPr>
      <w:r>
        <w:rPr>
          <w:rFonts w:ascii="Arial" w:hAnsi="Arial"/>
          <w:b/>
          <w:color w:val="47676B"/>
          <w:sz w:val="13"/>
          <w:spacing w:val="20"/>
        </w:rPr>
        <w:t xml:space="preserve">TELEFON  </w:t>
      </w:r>
      <w:r>
        <w:rPr>
          <w:rFonts w:ascii="Arial" w:hAnsi="Arial"/>
          <w:b w:val="0"/>
          <w:color w:val="AEB8B4"/>
          <w:sz w:val="19"/>
        </w:rPr>
        <w:t>__________________________</w:t>
      </w:r>
      <w:r>
        <w:rPr>
          <w:rFonts w:ascii="Arial" w:hAnsi="Arial"/>
          <w:b w:val="0"/>
          <w:color w:val="232F2F"/>
          <w:sz w:val="18"/>
        </w:rPr>
        <w:t xml:space="preserve">      </w:t>
      </w:r>
      <w:r>
        <w:rPr>
          <w:rFonts w:ascii="Arial" w:hAnsi="Arial"/>
          <w:b/>
          <w:color w:val="47676B"/>
          <w:sz w:val="13"/>
          <w:spacing w:val="20"/>
        </w:rPr>
        <w:t xml:space="preserve">E-MAIL  </w:t>
      </w:r>
      <w:r>
        <w:rPr>
          <w:rFonts w:ascii="Arial" w:hAnsi="Arial"/>
          <w:b w:val="0"/>
          <w:color w:val="AEB8B4"/>
          <w:sz w:val="19"/>
        </w:rPr>
        <w:t>______________________________</w:t>
      </w:r>
    </w:p>
    <w:p>
      <w:pPr>
        <w:spacing w:before="100" w:after="100"/>
      </w:pPr>
      <w:r>
        <w:rPr>
          <w:rFonts w:ascii="Arial" w:hAnsi="Arial"/>
          <w:b/>
          <w:color w:val="47676B"/>
          <w:sz w:val="13"/>
          <w:spacing w:val="20"/>
        </w:rPr>
        <w:t xml:space="preserve">BERUF / TÄTIGKEIT  </w:t>
      </w:r>
      <w:r>
        <w:rPr>
          <w:rFonts w:ascii="Arial" w:hAnsi="Arial"/>
          <w:b w:val="0"/>
          <w:color w:val="AEB8B4"/>
          <w:sz w:val="19"/>
        </w:rPr>
        <w:t>__________________________</w:t>
      </w:r>
      <w:r>
        <w:rPr>
          <w:rFonts w:ascii="Arial" w:hAnsi="Arial"/>
          <w:b w:val="0"/>
          <w:color w:val="232F2F"/>
          <w:sz w:val="18"/>
        </w:rPr>
        <w:t xml:space="preserve">      </w:t>
      </w:r>
      <w:r>
        <w:rPr>
          <w:rFonts w:ascii="Arial" w:hAnsi="Arial"/>
          <w:b/>
          <w:color w:val="47676B"/>
          <w:sz w:val="13"/>
          <w:spacing w:val="20"/>
        </w:rPr>
        <w:t xml:space="preserve">ARBEITGEBER (SEIT)  </w:t>
      </w:r>
      <w:r>
        <w:rPr>
          <w:rFonts w:ascii="Arial" w:hAnsi="Arial"/>
          <w:b w:val="0"/>
          <w:color w:val="AEB8B4"/>
          <w:sz w:val="19"/>
        </w:rPr>
        <w:t>__________________________</w:t>
      </w:r>
    </w:p>
    <w:p>
      <w:pPr>
        <w:spacing w:before="100" w:after="100"/>
      </w:pPr>
      <w:r>
        <w:rPr>
          <w:rFonts w:ascii="Arial" w:hAnsi="Arial"/>
          <w:b/>
          <w:color w:val="47676B"/>
          <w:sz w:val="13"/>
          <w:spacing w:val="20"/>
        </w:rPr>
        <w:t xml:space="preserve">MONATL. NETTOEINKOMMEN  </w:t>
      </w:r>
      <w:r>
        <w:rPr>
          <w:rFonts w:ascii="Arial" w:hAnsi="Arial"/>
          <w:b w:val="0"/>
          <w:color w:val="AEB8B4"/>
          <w:sz w:val="19"/>
        </w:rPr>
        <w:t>______________</w:t>
      </w:r>
      <w:r>
        <w:rPr>
          <w:rFonts w:ascii="Arial" w:hAnsi="Arial"/>
          <w:b w:val="0"/>
          <w:color w:val="232F2F"/>
          <w:sz w:val="18"/>
        </w:rPr>
        <w:t xml:space="preserve">      </w:t>
      </w:r>
      <w:r>
        <w:rPr>
          <w:rFonts w:ascii="Arial" w:hAnsi="Arial"/>
          <w:b/>
          <w:color w:val="47676B"/>
          <w:sz w:val="13"/>
          <w:spacing w:val="20"/>
        </w:rPr>
        <w:t xml:space="preserve">UNBEFRISTET  </w:t>
      </w:r>
      <w:r>
        <w:rPr>
          <w:rFonts w:ascii="Arial" w:hAnsi="Arial"/>
          <w:b w:val="0"/>
          <w:color w:val="232F2F"/>
          <w:sz w:val="19"/>
          <w:bdr w:val="single" w:sz="6" w:color="47676B"/>
          <w:shd w:val="clear" w:fill="F0F3F1"/>
        </w:rPr>
        <w:t xml:space="preserve">    </w:t>
      </w:r>
      <w:r>
        <w:rPr>
          <w:rFonts w:ascii="Arial" w:hAnsi="Arial"/>
          <w:b w:val="0"/>
          <w:color w:val="232F2F"/>
          <w:sz w:val="18"/>
        </w:rPr>
        <w:t xml:space="preserve">      </w:t>
      </w:r>
      <w:r>
        <w:rPr>
          <w:rFonts w:ascii="Arial" w:hAnsi="Arial"/>
          <w:b/>
          <w:color w:val="47676B"/>
          <w:sz w:val="13"/>
          <w:spacing w:val="20"/>
        </w:rPr>
        <w:t xml:space="preserve">BEFRISTET  </w:t>
      </w:r>
      <w:r>
        <w:rPr>
          <w:rFonts w:ascii="Arial" w:hAnsi="Arial"/>
          <w:b w:val="0"/>
          <w:color w:val="232F2F"/>
          <w:sz w:val="19"/>
          <w:bdr w:val="single" w:sz="6" w:color="47676B"/>
          <w:shd w:val="clear" w:fill="F0F3F1"/>
        </w:rPr>
        <w:t xml:space="preserve">    </w:t>
      </w:r>
      <w:r>
        <w:rPr>
          <w:rFonts w:ascii="Arial" w:hAnsi="Arial"/>
          <w:b w:val="0"/>
          <w:color w:val="232F2F"/>
          <w:sz w:val="18"/>
        </w:rPr>
        <w:t xml:space="preserve">      </w:t>
      </w:r>
      <w:r>
        <w:rPr>
          <w:rFonts w:ascii="Arial" w:hAnsi="Arial"/>
          <w:b/>
          <w:color w:val="47676B"/>
          <w:sz w:val="13"/>
          <w:spacing w:val="20"/>
        </w:rPr>
        <w:t xml:space="preserve">SELBSTSTÄNDIG  </w:t>
      </w:r>
      <w:r>
        <w:rPr>
          <w:rFonts w:ascii="Arial" w:hAnsi="Arial"/>
          <w:b w:val="0"/>
          <w:color w:val="232F2F"/>
          <w:sz w:val="19"/>
          <w:bdr w:val="single" w:sz="6" w:color="47676B"/>
          <w:shd w:val="clear" w:fill="F0F3F1"/>
        </w:rPr>
        <w:t xml:space="preserve">    </w:t>
      </w:r>
    </w:p>
    <w:p>
      <w:pPr>
        <w:spacing w:before="240" w:after="120"/>
        <w:pBdr>
          <w:bottom w:val="single" w:sz="6" w:color="C9D0CD" w:space="4"/>
        </w:pBdr>
      </w:pPr>
      <w:r>
        <w:rPr>
          <w:rFonts w:ascii="Arial" w:hAnsi="Arial"/>
          <w:b/>
          <w:color w:val="232F2F"/>
          <w:sz w:val="19"/>
          <w:bdr w:val="single" w:sz="6" w:color="47676B"/>
          <w:shd w:val="clear" w:fill="F0F3F1"/>
        </w:rPr>
        <w:t xml:space="preserve"> 3 </w:t>
      </w:r>
      <w:r>
        <w:rPr>
          <w:rFonts w:ascii="Arial" w:hAnsi="Arial"/>
          <w:b/>
          <w:color w:val="232F2F"/>
          <w:sz w:val="23"/>
        </w:rPr>
        <w:t xml:space="preserve">   Mietinteressent/in 2 (falls vorhanden)</w:t>
      </w:r>
    </w:p>
    <w:p>
      <w:pPr>
        <w:spacing w:before="100" w:after="100"/>
      </w:pPr>
      <w:r>
        <w:rPr>
          <w:rFonts w:ascii="Arial" w:hAnsi="Arial"/>
          <w:b/>
          <w:color w:val="47676B"/>
          <w:sz w:val="13"/>
          <w:spacing w:val="20"/>
        </w:rPr>
        <w:t xml:space="preserve">NAME, VORNAME  </w:t>
      </w:r>
      <w:r>
        <w:rPr>
          <w:rFonts w:ascii="Arial" w:hAnsi="Arial"/>
          <w:b w:val="0"/>
          <w:color w:val="AEB8B4"/>
          <w:sz w:val="19"/>
        </w:rPr>
        <w:t>______________________________________</w:t>
      </w:r>
      <w:r>
        <w:rPr>
          <w:rFonts w:ascii="Arial" w:hAnsi="Arial"/>
          <w:b w:val="0"/>
          <w:color w:val="232F2F"/>
          <w:sz w:val="18"/>
        </w:rPr>
        <w:t xml:space="preserve">      </w:t>
      </w:r>
      <w:r>
        <w:rPr>
          <w:rFonts w:ascii="Arial" w:hAnsi="Arial"/>
          <w:b/>
          <w:color w:val="47676B"/>
          <w:sz w:val="13"/>
          <w:spacing w:val="20"/>
        </w:rPr>
        <w:t xml:space="preserve">GEBURTSDATUM  </w:t>
      </w:r>
      <w:r>
        <w:rPr>
          <w:rFonts w:ascii="Arial" w:hAnsi="Arial"/>
          <w:b w:val="0"/>
          <w:color w:val="AEB8B4"/>
          <w:sz w:val="19"/>
        </w:rPr>
        <w:t>______________</w:t>
      </w:r>
    </w:p>
    <w:p>
      <w:pPr>
        <w:spacing w:before="100" w:after="100"/>
      </w:pPr>
      <w:r>
        <w:rPr>
          <w:rFonts w:ascii="Arial" w:hAnsi="Arial"/>
          <w:b/>
          <w:color w:val="47676B"/>
          <w:sz w:val="13"/>
          <w:spacing w:val="20"/>
        </w:rPr>
        <w:t xml:space="preserve">BERUF / TÄTIGKEIT  </w:t>
      </w:r>
      <w:r>
        <w:rPr>
          <w:rFonts w:ascii="Arial" w:hAnsi="Arial"/>
          <w:b w:val="0"/>
          <w:color w:val="AEB8B4"/>
          <w:sz w:val="19"/>
        </w:rPr>
        <w:t>______________________________</w:t>
      </w:r>
      <w:r>
        <w:rPr>
          <w:rFonts w:ascii="Arial" w:hAnsi="Arial"/>
          <w:b w:val="0"/>
          <w:color w:val="232F2F"/>
          <w:sz w:val="18"/>
        </w:rPr>
        <w:t xml:space="preserve">      </w:t>
      </w:r>
      <w:r>
        <w:rPr>
          <w:rFonts w:ascii="Arial" w:hAnsi="Arial"/>
          <w:b/>
          <w:color w:val="47676B"/>
          <w:sz w:val="13"/>
          <w:spacing w:val="20"/>
        </w:rPr>
        <w:t xml:space="preserve">MONATL. NETTOEINKOMMEN  </w:t>
      </w:r>
      <w:r>
        <w:rPr>
          <w:rFonts w:ascii="Arial" w:hAnsi="Arial"/>
          <w:b w:val="0"/>
          <w:color w:val="AEB8B4"/>
          <w:sz w:val="19"/>
        </w:rPr>
        <w:t>______________</w:t>
      </w:r>
    </w:p>
    <w:p>
      <w:pPr>
        <w:spacing w:before="240" w:after="120"/>
        <w:pBdr>
          <w:bottom w:val="single" w:sz="6" w:color="C9D0CD" w:space="4"/>
        </w:pBdr>
      </w:pPr>
      <w:r>
        <w:rPr>
          <w:rFonts w:ascii="Arial" w:hAnsi="Arial"/>
          <w:b/>
          <w:color w:val="232F2F"/>
          <w:sz w:val="19"/>
          <w:bdr w:val="single" w:sz="6" w:color="47676B"/>
          <w:shd w:val="clear" w:fill="F0F3F1"/>
        </w:rPr>
        <w:t xml:space="preserve"> 4 </w:t>
      </w:r>
      <w:r>
        <w:rPr>
          <w:rFonts w:ascii="Arial" w:hAnsi="Arial"/>
          <w:b/>
          <w:color w:val="232F2F"/>
          <w:sz w:val="23"/>
        </w:rPr>
        <w:t xml:space="preserve">   Haushalt</w:t>
      </w:r>
    </w:p>
    <w:p>
      <w:pPr>
        <w:spacing w:before="100" w:after="100"/>
      </w:pPr>
      <w:r>
        <w:rPr>
          <w:rFonts w:ascii="Arial" w:hAnsi="Arial"/>
          <w:b/>
          <w:color w:val="47676B"/>
          <w:sz w:val="13"/>
          <w:spacing w:val="20"/>
        </w:rPr>
        <w:t xml:space="preserve">WEITERE EINZIEHENDE PERSONEN (ANZAHL / ALTER)  </w:t>
      </w:r>
      <w:r>
        <w:rPr>
          <w:rFonts w:ascii="Arial" w:hAnsi="Arial"/>
          <w:b w:val="0"/>
          <w:color w:val="AEB8B4"/>
          <w:sz w:val="19"/>
        </w:rPr>
        <w:t>____________________________________________</w:t>
      </w:r>
    </w:p>
    <w:p>
      <w:pPr>
        <w:spacing w:before="100" w:after="100"/>
      </w:pPr>
      <w:r>
        <w:rPr>
          <w:rFonts w:ascii="Arial" w:hAnsi="Arial"/>
          <w:b/>
          <w:color w:val="47676B"/>
          <w:sz w:val="13"/>
          <w:spacing w:val="20"/>
        </w:rPr>
        <w:t xml:space="preserve">HAUSTIERE: NEIN  </w:t>
      </w:r>
      <w:r>
        <w:rPr>
          <w:rFonts w:ascii="Arial" w:hAnsi="Arial"/>
          <w:b w:val="0"/>
          <w:color w:val="232F2F"/>
          <w:sz w:val="19"/>
          <w:bdr w:val="single" w:sz="6" w:color="47676B"/>
          <w:shd w:val="clear" w:fill="F0F3F1"/>
        </w:rPr>
        <w:t xml:space="preserve">    </w:t>
      </w:r>
      <w:r>
        <w:rPr>
          <w:rFonts w:ascii="Arial" w:hAnsi="Arial"/>
          <w:b w:val="0"/>
          <w:color w:val="232F2F"/>
          <w:sz w:val="18"/>
        </w:rPr>
        <w:t xml:space="preserve">      </w:t>
      </w:r>
      <w:r>
        <w:rPr>
          <w:rFonts w:ascii="Arial" w:hAnsi="Arial"/>
          <w:b/>
          <w:color w:val="47676B"/>
          <w:sz w:val="13"/>
          <w:spacing w:val="20"/>
        </w:rPr>
        <w:t xml:space="preserve">JA  </w:t>
      </w:r>
      <w:r>
        <w:rPr>
          <w:rFonts w:ascii="Arial" w:hAnsi="Arial"/>
          <w:b w:val="0"/>
          <w:color w:val="232F2F"/>
          <w:sz w:val="19"/>
          <w:bdr w:val="single" w:sz="6" w:color="47676B"/>
          <w:shd w:val="clear" w:fill="F0F3F1"/>
        </w:rPr>
        <w:t xml:space="preserve">    </w:t>
      </w:r>
      <w:r>
        <w:rPr>
          <w:rFonts w:ascii="Arial" w:hAnsi="Arial"/>
          <w:b w:val="0"/>
          <w:color w:val="232F2F"/>
          <w:sz w:val="18"/>
        </w:rPr>
        <w:t xml:space="preserve">      </w:t>
      </w:r>
      <w:r>
        <w:rPr>
          <w:rFonts w:ascii="Arial" w:hAnsi="Arial"/>
          <w:b/>
          <w:color w:val="47676B"/>
          <w:sz w:val="13"/>
          <w:spacing w:val="20"/>
        </w:rPr>
        <w:t xml:space="preserve">FALLS JA: ART UND ANZAHL  </w:t>
      </w:r>
      <w:r>
        <w:rPr>
          <w:rFonts w:ascii="Arial" w:hAnsi="Arial"/>
          <w:b w:val="0"/>
          <w:color w:val="AEB8B4"/>
          <w:sz w:val="19"/>
        </w:rPr>
        <w:t>__________________________________</w:t>
      </w:r>
    </w:p>
    <w:p>
      <w:pPr>
        <w:spacing w:before="160" w:after="80"/>
        <w:pBdr>
          <w:bottom w:val="single" w:sz="6" w:color="C9D0CD" w:space="4"/>
        </w:pBdr>
      </w:pPr>
      <w:r>
        <w:rPr>
          <w:rFonts w:ascii="Arial" w:hAnsi="Arial"/>
          <w:b/>
          <w:color w:val="232F2F"/>
          <w:sz w:val="19"/>
          <w:bdr w:val="single" w:sz="6" w:color="47676B"/>
          <w:shd w:val="clear" w:fill="F0F3F1"/>
        </w:rPr>
        <w:t xml:space="preserve"> 5 </w:t>
      </w:r>
      <w:r>
        <w:rPr>
          <w:rFonts w:ascii="Arial" w:hAnsi="Arial"/>
          <w:b/>
          <w:color w:val="232F2F"/>
          <w:sz w:val="23"/>
        </w:rPr>
        <w:t xml:space="preserve">   Freiwillige Erklärungen</w:t>
      </w:r>
    </w:p>
    <w:tbl>
      <w:tblPr>
        <w:tblW w:type="dxa" w:w="9638"/>
        <w:tblLayout w:type="fixed"/>
        <w:tblCellMar>
          <w:top w:w="26" w:type="dxa"/>
          <w:bottom w:w="26" w:type="dxa"/>
          <w:left w:w="40" w:type="dxa"/>
          <w:right w:w="40" w:type="dxa"/>
        </w:tblCellMar>
        <w:tblLook w:firstColumn="1" w:firstRow="1" w:lastColumn="0" w:lastRow="0" w:noHBand="0" w:noVBand="1" w:val="04A0"/>
      </w:tblPr>
      <w:tblGrid>
        <w:gridCol w:w="6917"/>
        <w:gridCol w:w="1360"/>
        <w:gridCol w:w="1360"/>
      </w:tblGrid>
      <w:tr>
        <w:tc>
          <w:tcPr>
            <w:tcW w:type="dxa" w:w="6917"/>
          </w:tcPr>
          <w:p/>
        </w:tc>
        <w:tc>
          <w:tcPr>
            <w:tcW w:type="dxa" w:w="1361"/>
          </w:tcPr>
          <w:p>
            <w:pPr>
              <w:jc w:val="center"/>
            </w:pPr>
            <w:r>
              <w:rPr>
                <w:rFonts w:ascii="Arial" w:hAnsi="Arial"/>
                <w:b/>
                <w:color w:val="47676B"/>
                <w:sz w:val="13"/>
                <w:spacing w:val="20"/>
              </w:rPr>
              <w:t>JA</w:t>
            </w:r>
          </w:p>
        </w:tc>
        <w:tc>
          <w:tcPr>
            <w:tcW w:type="dxa" w:w="1361"/>
          </w:tcPr>
          <w:p>
            <w:pPr>
              <w:jc w:val="center"/>
            </w:pPr>
            <w:r>
              <w:rPr>
                <w:rFonts w:ascii="Arial" w:hAnsi="Arial"/>
                <w:b/>
                <w:color w:val="47676B"/>
                <w:sz w:val="13"/>
                <w:spacing w:val="20"/>
              </w:rPr>
              <w:t>NEIN</w:t>
            </w:r>
          </w:p>
        </w:tc>
      </w:tr>
      <w:tr>
        <w:tc>
          <w:tcPr>
            <w:tcW w:type="dxa" w:w="691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In den letzten 5 Jahren bestanden Mietrückstände von mehr als einer Monatsmiete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</w:tr>
      <w:tr>
        <w:tc>
          <w:tcPr>
            <w:tcW w:type="dxa" w:w="691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In den letzten 5 Jahren wurde eine Räumungsklage gegen mich/uns erhoben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</w:tr>
      <w:tr>
        <w:tc>
          <w:tcPr>
            <w:tcW w:type="dxa" w:w="691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Es läuft ein Verbraucherinsolvenzverfahren bzw. es wurde eine Vermögensauskunft abgegeben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</w:tr>
    </w:tbl>
    <w:p>
      <w:pPr>
        <w:spacing w:before="120" w:after="80"/>
      </w:pPr>
      <w:r>
        <w:rPr>
          <w:rFonts w:ascii="Arial" w:hAnsi="Arial"/>
          <w:b w:val="0"/>
          <w:color w:val="4E5A58"/>
          <w:sz w:val="16"/>
        </w:rPr>
        <w:t>Ich versichere/Wir versichern, die vorstehenden Angaben wahrheitsgemäß gemacht zu haben. Die Daten werden nur zur Entscheidung über das Mietverhältnis genutzt und gelöscht, sofern kein Mietvertrag zustande kommt (Art. 6 Abs. 1 lit. b DSGVO).</w:t>
      </w:r>
    </w:p>
    <w:p>
      <w:pPr>
        <w:spacing w:before="280" w:after="0"/>
      </w:pPr>
    </w:p>
    <w:tbl>
      <w:tblPr>
        <w:tblW w:type="dxa" w:w="9638"/>
        <w:tblLayout w:type="fixed"/>
        <w:tblCellMar>
          <w:top w:w="16" w:type="dxa"/>
          <w:bottom w:w="16" w:type="dxa"/>
          <w:left w:w="40" w:type="dxa"/>
          <w:right w:w="40" w:type="dxa"/>
        </w:tblCellMar>
        <w:tblLook w:firstColumn="1" w:firstRow="1" w:lastColumn="0" w:lastRow="0" w:noHBand="0" w:noVBand="1" w:val="04A0"/>
      </w:tblPr>
      <w:tblGrid>
        <w:gridCol w:w="4195"/>
        <w:gridCol w:w="1247"/>
        <w:gridCol w:w="4195"/>
      </w:tblGrid>
      <w:tr>
        <w:tc>
          <w:tcPr>
            <w:tcW w:type="dxa" w:w="4195"/>
            <w:tcBorders>
              <w:bottom w:val="single" w:sz="6" w:color="232F2F"/>
            </w:tcBorders>
          </w:tcPr>
          <w:p>
            <w:r>
              <w:rPr>
                <w:rFonts w:ascii="Arial" w:hAnsi="Arial"/>
                <w:b w:val="0"/>
                <w:color w:val="232F2F"/>
                <w:sz w:val="44"/>
              </w:rPr>
              <w:t xml:space="preserve"> </w:t>
            </w:r>
          </w:p>
        </w:tc>
        <w:tc>
          <w:tcPr>
            <w:tcW w:type="dxa" w:w="1247"/>
          </w:tcPr>
          <w:p/>
        </w:tc>
        <w:tc>
          <w:tcPr>
            <w:tcW w:type="dxa" w:w="4195"/>
            <w:tcBorders>
              <w:bottom w:val="single" w:sz="6" w:color="232F2F"/>
            </w:tcBorders>
          </w:tcPr>
          <w:p>
            <w:r>
              <w:rPr>
                <w:rFonts w:ascii="Arial" w:hAnsi="Arial"/>
                <w:b w:val="0"/>
                <w:color w:val="232F2F"/>
                <w:sz w:val="44"/>
              </w:rPr>
              <w:t xml:space="preserve"> </w:t>
            </w:r>
          </w:p>
        </w:tc>
      </w:tr>
      <w:tr>
        <w:tc>
          <w:tcPr>
            <w:tcW w:type="dxa" w:w="4195"/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E5A58"/>
                <w:sz w:val="16"/>
              </w:rPr>
              <w:t>Ort, Datum &amp; Unterschrift Mietinteressent/in 1</w:t>
            </w:r>
          </w:p>
        </w:tc>
        <w:tc>
          <w:tcPr>
            <w:tcW w:type="dxa" w:w="1247"/>
          </w:tcPr>
          <w:p/>
        </w:tc>
        <w:tc>
          <w:tcPr>
            <w:tcW w:type="dxa" w:w="4195"/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E5A58"/>
                <w:sz w:val="16"/>
              </w:rPr>
              <w:t>Ort, Datum &amp; Unterschrift Mietinteressent/in 2</w:t>
            </w:r>
          </w:p>
        </w:tc>
      </w:tr>
    </w:tbl>
    <w:sectPr w:rsidR="00FC693F" w:rsidRPr="0006063C" w:rsidSect="00034616">
      <w:footerReference w:type="default" r:id="rId10"/>
      <w:pgSz w:w="11906" w:h="16838"/>
      <w:pgMar w:top="737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dxa" w:w="9638"/>
      <w:tblLayout w:type="fixed"/>
      <w:tblCellMar>
        <w:top w:w="60" w:type="dxa"/>
        <w:bottom w:w="60" w:type="dxa"/>
        <w:left w:w="80" w:type="dxa"/>
        <w:right w:w="80" w:type="dxa"/>
      </w:tblCellMar>
      <w:tblLook w:firstColumn="1" w:firstRow="1" w:lastColumn="0" w:lastRow="0" w:noHBand="0" w:noVBand="1" w:val="04A0"/>
    </w:tblPr>
    <w:tblGrid>
      <w:gridCol w:w="4819"/>
      <w:gridCol w:w="4819"/>
    </w:tblGrid>
    <w:tr>
      <w:tc>
        <w:tcPr>
          <w:tcW w:type="dxa" w:w="4819"/>
          <w:shd w:val="clear" w:fill="EFF1EF"/>
        </w:tcPr>
        <w:p>
          <w:r>
            <w:rPr>
              <w:rFonts w:ascii="Arial" w:hAnsi="Arial"/>
              <w:b/>
              <w:color w:val="232F2F"/>
              <w:sz w:val="17"/>
            </w:rPr>
            <w:t>Giesbrecht Immobilien GmbH</w:t>
          </w:r>
          <w:r>
            <w:rPr>
              <w:rFonts w:ascii="Arial" w:hAnsi="Arial"/>
              <w:b w:val="0"/>
              <w:color w:val="4E5A58"/>
              <w:sz w:val="14"/>
            </w:rPr>
            <w:br/>
            <w:t>Ihr Immobilienmakler in Hamm</w:t>
          </w:r>
        </w:p>
      </w:tc>
      <w:tc>
        <w:tcPr>
          <w:tcW w:type="dxa" w:w="4819"/>
          <w:shd w:val="clear" w:fill="EFF1EF"/>
        </w:tcPr>
        <w:p>
          <w:pPr>
            <w:jc w:val="right"/>
          </w:pPr>
          <w:r>
            <w:rPr>
              <w:rFonts w:ascii="Arial" w:hAnsi="Arial"/>
              <w:b w:val="0"/>
              <w:color w:val="232F2F"/>
              <w:sz w:val="16"/>
            </w:rPr>
            <w:t>Münsterstraße 5 · 59065 Hamm</w:t>
          </w:r>
          <w:r>
            <w:rPr>
              <w:rFonts w:ascii="Arial" w:hAnsi="Arial"/>
              <w:b w:val="0"/>
              <w:color w:val="4E5A58"/>
              <w:sz w:val="14"/>
            </w:rPr>
            <w:br/>
            <w:t>Tel: 02381 5417520 · info@giesbrecht-immo.de · giesbrecht-immo.de</w:t>
          </w:r>
        </w:p>
      </w:tc>
    </w:tr>
  </w:tbl>
  <w:p>
    <w:pPr>
      <w:spacing w:before="60"/>
      <w:jc w:val="center"/>
    </w:pPr>
    <w:r>
      <w:rPr>
        <w:rFonts w:ascii="Arial" w:hAnsi="Arial"/>
        <w:b w:val="0"/>
        <w:color w:val="4E5A58"/>
        <w:sz w:val="13"/>
      </w:rPr>
      <w:t>© 2026 Giesbrecht Immobilien GmbH · Alle Rechte vorbehalten.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Arial" w:hAnsi="Arial"/>
      <w:color w:val="232F2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Mieterselbstauskunft – Vorlage für die Wohnungsbewerbung</dc:title>
  <dc:subject/>
  <dc:creator>Christian Giesbrecht — Giesbrecht Immobilien GmbH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